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3159" w14:textId="40EBBEAF" w:rsidR="0048140C" w:rsidRDefault="00EF11E3">
      <w:pPr>
        <w:spacing w:after="80"/>
        <w:rPr>
          <w:b/>
          <w:color w:val="17324D"/>
          <w:sz w:val="32"/>
        </w:rPr>
      </w:pPr>
      <w:r>
        <w:rPr>
          <w:noProof/>
        </w:rPr>
        <w:drawing>
          <wp:inline distT="0" distB="0" distL="0" distR="0" wp14:anchorId="12CE2524" wp14:editId="0973892F">
            <wp:extent cx="2592000" cy="4298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o_svartabokstaver_mindremarginal_1634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42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0733">
        <w:t xml:space="preserve">                                                    </w:t>
      </w:r>
      <w:r w:rsidR="00560733">
        <w:rPr>
          <w:b/>
          <w:color w:val="17324D"/>
          <w:sz w:val="32"/>
        </w:rPr>
        <w:t>REKLAMATION / GARANTI</w:t>
      </w:r>
    </w:p>
    <w:p w14:paraId="4747509E" w14:textId="77777777" w:rsidR="00560733" w:rsidRDefault="00560733">
      <w:pPr>
        <w:spacing w:after="80"/>
      </w:pPr>
    </w:p>
    <w:p w14:paraId="4A73CFFD" w14:textId="77777777" w:rsidR="0048140C" w:rsidRPr="00BF18FF" w:rsidRDefault="00EF11E3">
      <w:pPr>
        <w:spacing w:before="60" w:after="40"/>
        <w:rPr>
          <w:color w:val="262626" w:themeColor="text1" w:themeTint="D9"/>
        </w:rPr>
      </w:pPr>
      <w:r w:rsidRPr="00BF18FF">
        <w:rPr>
          <w:b/>
          <w:color w:val="262626" w:themeColor="text1" w:themeTint="D9"/>
          <w:sz w:val="19"/>
        </w:rPr>
        <w:t>1. KUNDUPPGIFTER</w:t>
      </w:r>
    </w:p>
    <w:tbl>
      <w:tblPr>
        <w:tblW w:w="0" w:type="auto"/>
        <w:jc w:val="center"/>
        <w:tblBorders>
          <w:top w:val="single" w:sz="4" w:space="0" w:color="AEBAC4"/>
          <w:left w:val="single" w:sz="4" w:space="0" w:color="AEBAC4"/>
          <w:bottom w:val="single" w:sz="4" w:space="0" w:color="AEBAC4"/>
          <w:right w:val="single" w:sz="4" w:space="0" w:color="AEBAC4"/>
          <w:insideH w:val="single" w:sz="4" w:space="0" w:color="AEBAC4"/>
          <w:insideV w:val="single" w:sz="4" w:space="0" w:color="AEBAC4"/>
        </w:tblBorders>
        <w:tblLook w:val="04A0" w:firstRow="1" w:lastRow="0" w:firstColumn="1" w:lastColumn="0" w:noHBand="0" w:noVBand="1"/>
      </w:tblPr>
      <w:tblGrid>
        <w:gridCol w:w="2718"/>
        <w:gridCol w:w="2717"/>
        <w:gridCol w:w="2718"/>
        <w:gridCol w:w="2717"/>
      </w:tblGrid>
      <w:tr w:rsidR="0048140C" w14:paraId="2FB4EE07" w14:textId="77777777">
        <w:trPr>
          <w:jc w:val="center"/>
        </w:trPr>
        <w:tc>
          <w:tcPr>
            <w:tcW w:w="2720" w:type="dxa"/>
            <w:shd w:val="clear" w:color="auto" w:fill="EAF1F6"/>
          </w:tcPr>
          <w:p w14:paraId="57FF00A3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Företagsnamn:</w:t>
            </w:r>
          </w:p>
        </w:tc>
        <w:tc>
          <w:tcPr>
            <w:tcW w:w="2720" w:type="dxa"/>
          </w:tcPr>
          <w:p w14:paraId="6CC86459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2720" w:type="dxa"/>
            <w:shd w:val="clear" w:color="auto" w:fill="EAF1F6"/>
          </w:tcPr>
          <w:p w14:paraId="5EBEA331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Kundnummer:</w:t>
            </w:r>
          </w:p>
        </w:tc>
        <w:tc>
          <w:tcPr>
            <w:tcW w:w="2720" w:type="dxa"/>
          </w:tcPr>
          <w:p w14:paraId="52876830" w14:textId="77777777" w:rsidR="0048140C" w:rsidRDefault="0048140C"/>
        </w:tc>
      </w:tr>
      <w:tr w:rsidR="0048140C" w14:paraId="6AC8FF55" w14:textId="77777777">
        <w:trPr>
          <w:jc w:val="center"/>
        </w:trPr>
        <w:tc>
          <w:tcPr>
            <w:tcW w:w="2720" w:type="dxa"/>
            <w:shd w:val="clear" w:color="auto" w:fill="EAF1F6"/>
          </w:tcPr>
          <w:p w14:paraId="4B1C4E4C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Kontaktperson:</w:t>
            </w:r>
          </w:p>
        </w:tc>
        <w:tc>
          <w:tcPr>
            <w:tcW w:w="2720" w:type="dxa"/>
          </w:tcPr>
          <w:p w14:paraId="17F48597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2720" w:type="dxa"/>
            <w:shd w:val="clear" w:color="auto" w:fill="EAF1F6"/>
          </w:tcPr>
          <w:p w14:paraId="1AB5AC61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Telefon / E-post:</w:t>
            </w:r>
          </w:p>
        </w:tc>
        <w:tc>
          <w:tcPr>
            <w:tcW w:w="2720" w:type="dxa"/>
          </w:tcPr>
          <w:p w14:paraId="46A2B365" w14:textId="77777777" w:rsidR="0048140C" w:rsidRDefault="0048140C"/>
        </w:tc>
      </w:tr>
    </w:tbl>
    <w:p w14:paraId="61B0AFEB" w14:textId="77777777" w:rsidR="00560733" w:rsidRDefault="00560733">
      <w:pPr>
        <w:spacing w:before="60" w:after="40"/>
        <w:rPr>
          <w:b/>
          <w:color w:val="17324D"/>
          <w:sz w:val="19"/>
        </w:rPr>
      </w:pPr>
    </w:p>
    <w:p w14:paraId="3BF85152" w14:textId="43104194" w:rsidR="0048140C" w:rsidRPr="00BF18FF" w:rsidRDefault="00EF11E3">
      <w:pPr>
        <w:spacing w:before="60" w:after="40"/>
        <w:rPr>
          <w:color w:val="262626" w:themeColor="text1" w:themeTint="D9"/>
        </w:rPr>
      </w:pPr>
      <w:r w:rsidRPr="00BF18FF">
        <w:rPr>
          <w:b/>
          <w:color w:val="262626" w:themeColor="text1" w:themeTint="D9"/>
          <w:sz w:val="19"/>
        </w:rPr>
        <w:t>2. ARTIKELINFORMATION</w:t>
      </w:r>
    </w:p>
    <w:tbl>
      <w:tblPr>
        <w:tblW w:w="0" w:type="auto"/>
        <w:tblBorders>
          <w:top w:val="single" w:sz="4" w:space="0" w:color="AEBAC4"/>
          <w:left w:val="single" w:sz="4" w:space="0" w:color="AEBAC4"/>
          <w:bottom w:val="single" w:sz="4" w:space="0" w:color="AEBAC4"/>
          <w:right w:val="single" w:sz="4" w:space="0" w:color="AEBAC4"/>
          <w:insideH w:val="single" w:sz="4" w:space="0" w:color="AEBAC4"/>
          <w:insideV w:val="single" w:sz="4" w:space="0" w:color="AEBAC4"/>
        </w:tblBorders>
        <w:tblLook w:val="04A0" w:firstRow="1" w:lastRow="0" w:firstColumn="1" w:lastColumn="0" w:noHBand="0" w:noVBand="1"/>
      </w:tblPr>
      <w:tblGrid>
        <w:gridCol w:w="1789"/>
        <w:gridCol w:w="1699"/>
        <w:gridCol w:w="1810"/>
        <w:gridCol w:w="2190"/>
        <w:gridCol w:w="1683"/>
        <w:gridCol w:w="1699"/>
      </w:tblGrid>
      <w:tr w:rsidR="0048140C" w14:paraId="0592D876" w14:textId="77777777" w:rsidTr="00560733">
        <w:tc>
          <w:tcPr>
            <w:tcW w:w="1813" w:type="dxa"/>
            <w:shd w:val="clear" w:color="auto" w:fill="EAF1F6"/>
          </w:tcPr>
          <w:p w14:paraId="405490EE" w14:textId="77777777" w:rsidR="0048140C" w:rsidRPr="00560733" w:rsidRDefault="00EF11E3">
            <w:pPr>
              <w:rPr>
                <w:sz w:val="16"/>
                <w:szCs w:val="16"/>
              </w:rPr>
            </w:pPr>
            <w:proofErr w:type="spellStart"/>
            <w:r w:rsidRPr="00560733">
              <w:rPr>
                <w:b/>
                <w:sz w:val="16"/>
                <w:szCs w:val="16"/>
              </w:rPr>
              <w:t>Artikelnummer</w:t>
            </w:r>
            <w:proofErr w:type="spellEnd"/>
            <w:r w:rsidRPr="00560733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813" w:type="dxa"/>
          </w:tcPr>
          <w:p w14:paraId="0748C1A6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1813" w:type="dxa"/>
            <w:shd w:val="clear" w:color="auto" w:fill="EAF1F6"/>
          </w:tcPr>
          <w:p w14:paraId="0D399FDA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Produktbeskrivning:</w:t>
            </w:r>
          </w:p>
        </w:tc>
        <w:tc>
          <w:tcPr>
            <w:tcW w:w="2324" w:type="dxa"/>
          </w:tcPr>
          <w:p w14:paraId="76B6178D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EAF1F6"/>
          </w:tcPr>
          <w:p w14:paraId="42B2869E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Antal:</w:t>
            </w:r>
          </w:p>
        </w:tc>
        <w:tc>
          <w:tcPr>
            <w:tcW w:w="1813" w:type="dxa"/>
          </w:tcPr>
          <w:p w14:paraId="55E321C1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</w:tr>
      <w:tr w:rsidR="0048140C" w14:paraId="2A432849" w14:textId="77777777" w:rsidTr="00560733">
        <w:tc>
          <w:tcPr>
            <w:tcW w:w="1813" w:type="dxa"/>
            <w:shd w:val="clear" w:color="auto" w:fill="EAF1F6"/>
          </w:tcPr>
          <w:p w14:paraId="6D86D732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Order-/fakturanummer:</w:t>
            </w:r>
          </w:p>
        </w:tc>
        <w:tc>
          <w:tcPr>
            <w:tcW w:w="1813" w:type="dxa"/>
          </w:tcPr>
          <w:p w14:paraId="68FA7912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1813" w:type="dxa"/>
            <w:shd w:val="clear" w:color="auto" w:fill="EAF1F6"/>
          </w:tcPr>
          <w:p w14:paraId="6C03948F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Leveransdatum:</w:t>
            </w:r>
          </w:p>
        </w:tc>
        <w:tc>
          <w:tcPr>
            <w:tcW w:w="2324" w:type="dxa"/>
          </w:tcPr>
          <w:p w14:paraId="606716CD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EAF1F6"/>
          </w:tcPr>
          <w:p w14:paraId="6DE2A331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Installationsdatum:</w:t>
            </w:r>
          </w:p>
        </w:tc>
        <w:tc>
          <w:tcPr>
            <w:tcW w:w="1813" w:type="dxa"/>
          </w:tcPr>
          <w:p w14:paraId="2A9B7E25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</w:tr>
      <w:tr w:rsidR="0048140C" w14:paraId="03FEA4A2" w14:textId="77777777" w:rsidTr="00560733">
        <w:tc>
          <w:tcPr>
            <w:tcW w:w="1813" w:type="dxa"/>
            <w:shd w:val="clear" w:color="auto" w:fill="EAF1F6"/>
          </w:tcPr>
          <w:p w14:paraId="6D6D4000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Datum för demontering:</w:t>
            </w:r>
          </w:p>
        </w:tc>
        <w:tc>
          <w:tcPr>
            <w:tcW w:w="1813" w:type="dxa"/>
          </w:tcPr>
          <w:p w14:paraId="133D24C8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1813" w:type="dxa"/>
            <w:shd w:val="clear" w:color="auto" w:fill="EAF1F6"/>
          </w:tcPr>
          <w:p w14:paraId="2BB8CBF9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Returnerad av kunden:</w:t>
            </w:r>
          </w:p>
        </w:tc>
        <w:tc>
          <w:tcPr>
            <w:tcW w:w="2324" w:type="dxa"/>
          </w:tcPr>
          <w:p w14:paraId="6B75D596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sz w:val="16"/>
                <w:szCs w:val="16"/>
              </w:rPr>
              <w:t>☐</w:t>
            </w:r>
            <w:r w:rsidRPr="00560733">
              <w:rPr>
                <w:sz w:val="16"/>
                <w:szCs w:val="16"/>
              </w:rPr>
              <w:t xml:space="preserve"> </w:t>
            </w:r>
            <w:proofErr w:type="gramStart"/>
            <w:r w:rsidRPr="00560733">
              <w:rPr>
                <w:sz w:val="16"/>
                <w:szCs w:val="16"/>
              </w:rPr>
              <w:t>Ja  ☐</w:t>
            </w:r>
            <w:proofErr w:type="gramEnd"/>
            <w:r w:rsidRPr="00560733">
              <w:rPr>
                <w:sz w:val="16"/>
                <w:szCs w:val="16"/>
              </w:rPr>
              <w:t xml:space="preserve"> Nej</w:t>
            </w:r>
          </w:p>
        </w:tc>
        <w:tc>
          <w:tcPr>
            <w:tcW w:w="1302" w:type="dxa"/>
            <w:shd w:val="clear" w:color="auto" w:fill="EAF1F6"/>
          </w:tcPr>
          <w:p w14:paraId="228FDC4C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Returdatum:</w:t>
            </w:r>
          </w:p>
        </w:tc>
        <w:tc>
          <w:tcPr>
            <w:tcW w:w="1813" w:type="dxa"/>
          </w:tcPr>
          <w:p w14:paraId="04030C61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</w:tr>
    </w:tbl>
    <w:p w14:paraId="18B25E4B" w14:textId="77777777" w:rsidR="00560733" w:rsidRDefault="00560733">
      <w:pPr>
        <w:spacing w:before="60" w:after="40"/>
        <w:rPr>
          <w:b/>
          <w:color w:val="17324D"/>
          <w:sz w:val="19"/>
        </w:rPr>
      </w:pPr>
    </w:p>
    <w:p w14:paraId="5AFE8197" w14:textId="2A2641AD" w:rsidR="0048140C" w:rsidRPr="00BF18FF" w:rsidRDefault="00EF11E3">
      <w:pPr>
        <w:spacing w:before="60" w:after="40"/>
        <w:rPr>
          <w:color w:val="262626" w:themeColor="text1" w:themeTint="D9"/>
        </w:rPr>
      </w:pPr>
      <w:r w:rsidRPr="00BF18FF">
        <w:rPr>
          <w:b/>
          <w:color w:val="262626" w:themeColor="text1" w:themeTint="D9"/>
          <w:sz w:val="19"/>
        </w:rPr>
        <w:t>3. FORDONSDATA</w:t>
      </w:r>
    </w:p>
    <w:tbl>
      <w:tblPr>
        <w:tblW w:w="0" w:type="auto"/>
        <w:tblBorders>
          <w:top w:val="single" w:sz="4" w:space="0" w:color="AEBAC4"/>
          <w:left w:val="single" w:sz="4" w:space="0" w:color="AEBAC4"/>
          <w:bottom w:val="single" w:sz="4" w:space="0" w:color="AEBAC4"/>
          <w:right w:val="single" w:sz="4" w:space="0" w:color="AEBAC4"/>
          <w:insideH w:val="single" w:sz="4" w:space="0" w:color="AEBAC4"/>
          <w:insideV w:val="single" w:sz="4" w:space="0" w:color="AEBAC4"/>
        </w:tblBorders>
        <w:tblLook w:val="04A0" w:firstRow="1" w:lastRow="0" w:firstColumn="1" w:lastColumn="0" w:noHBand="0" w:noVBand="1"/>
      </w:tblPr>
      <w:tblGrid>
        <w:gridCol w:w="2720"/>
        <w:gridCol w:w="2716"/>
        <w:gridCol w:w="2718"/>
        <w:gridCol w:w="2716"/>
      </w:tblGrid>
      <w:tr w:rsidR="0048140C" w14:paraId="77016490" w14:textId="77777777">
        <w:tc>
          <w:tcPr>
            <w:tcW w:w="2720" w:type="dxa"/>
            <w:shd w:val="clear" w:color="auto" w:fill="EAF1F6"/>
          </w:tcPr>
          <w:p w14:paraId="70BE542C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Fordonstyp (Lastbil/Släp):</w:t>
            </w:r>
          </w:p>
        </w:tc>
        <w:tc>
          <w:tcPr>
            <w:tcW w:w="2720" w:type="dxa"/>
          </w:tcPr>
          <w:p w14:paraId="50AFFF6A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2720" w:type="dxa"/>
            <w:shd w:val="clear" w:color="auto" w:fill="EAF1F6"/>
          </w:tcPr>
          <w:p w14:paraId="0AE660D9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Fordonstillverkare:</w:t>
            </w:r>
          </w:p>
        </w:tc>
        <w:tc>
          <w:tcPr>
            <w:tcW w:w="2720" w:type="dxa"/>
          </w:tcPr>
          <w:p w14:paraId="431E286B" w14:textId="77777777" w:rsidR="0048140C" w:rsidRDefault="0048140C"/>
        </w:tc>
      </w:tr>
      <w:tr w:rsidR="0048140C" w14:paraId="20FBF92C" w14:textId="77777777">
        <w:tc>
          <w:tcPr>
            <w:tcW w:w="2720" w:type="dxa"/>
            <w:shd w:val="clear" w:color="auto" w:fill="EAF1F6"/>
          </w:tcPr>
          <w:p w14:paraId="0B7BE466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Registreringsnummer:</w:t>
            </w:r>
          </w:p>
        </w:tc>
        <w:tc>
          <w:tcPr>
            <w:tcW w:w="2720" w:type="dxa"/>
          </w:tcPr>
          <w:p w14:paraId="2AF5C8BD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2720" w:type="dxa"/>
            <w:shd w:val="clear" w:color="auto" w:fill="EAF1F6"/>
          </w:tcPr>
          <w:p w14:paraId="3222D087" w14:textId="77777777" w:rsidR="0048140C" w:rsidRPr="00560733" w:rsidRDefault="00EF11E3">
            <w:pPr>
              <w:rPr>
                <w:sz w:val="16"/>
                <w:szCs w:val="16"/>
              </w:rPr>
            </w:pPr>
            <w:r w:rsidRPr="00560733">
              <w:rPr>
                <w:b/>
                <w:sz w:val="16"/>
                <w:szCs w:val="16"/>
              </w:rPr>
              <w:t>VIN / chassinummer:</w:t>
            </w:r>
          </w:p>
        </w:tc>
        <w:tc>
          <w:tcPr>
            <w:tcW w:w="2720" w:type="dxa"/>
          </w:tcPr>
          <w:p w14:paraId="7CA6AB06" w14:textId="77777777" w:rsidR="0048140C" w:rsidRDefault="0048140C"/>
        </w:tc>
      </w:tr>
      <w:tr w:rsidR="0048140C" w14:paraId="48AD39C4" w14:textId="77777777">
        <w:tc>
          <w:tcPr>
            <w:tcW w:w="2720" w:type="dxa"/>
            <w:shd w:val="clear" w:color="auto" w:fill="EAF1F6"/>
          </w:tcPr>
          <w:p w14:paraId="7D92C75A" w14:textId="77777777" w:rsidR="0048140C" w:rsidRPr="00560733" w:rsidRDefault="00EF11E3">
            <w:pPr>
              <w:rPr>
                <w:sz w:val="16"/>
                <w:szCs w:val="16"/>
                <w:lang w:val="sv-SE"/>
              </w:rPr>
            </w:pPr>
            <w:r w:rsidRPr="00560733">
              <w:rPr>
                <w:b/>
                <w:sz w:val="16"/>
                <w:szCs w:val="16"/>
                <w:lang w:val="sv-SE"/>
              </w:rPr>
              <w:t xml:space="preserve">Första </w:t>
            </w:r>
            <w:r w:rsidRPr="00560733">
              <w:rPr>
                <w:b/>
                <w:sz w:val="16"/>
                <w:szCs w:val="16"/>
                <w:lang w:val="sv-SE"/>
              </w:rPr>
              <w:t>registrering (dd/mm/åååå):</w:t>
            </w:r>
          </w:p>
        </w:tc>
        <w:tc>
          <w:tcPr>
            <w:tcW w:w="2720" w:type="dxa"/>
          </w:tcPr>
          <w:p w14:paraId="02F6B4A5" w14:textId="77777777" w:rsidR="0048140C" w:rsidRPr="00560733" w:rsidRDefault="0048140C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2720" w:type="dxa"/>
            <w:shd w:val="clear" w:color="auto" w:fill="EAF1F6"/>
          </w:tcPr>
          <w:p w14:paraId="4D7CD59D" w14:textId="77777777" w:rsidR="0048140C" w:rsidRPr="00560733" w:rsidRDefault="00EF11E3">
            <w:pPr>
              <w:rPr>
                <w:sz w:val="16"/>
                <w:szCs w:val="16"/>
              </w:rPr>
            </w:pPr>
            <w:proofErr w:type="spellStart"/>
            <w:r w:rsidRPr="00560733">
              <w:rPr>
                <w:b/>
                <w:sz w:val="16"/>
                <w:szCs w:val="16"/>
              </w:rPr>
              <w:t>Mätarställning</w:t>
            </w:r>
            <w:proofErr w:type="spellEnd"/>
            <w:r w:rsidRPr="00560733">
              <w:rPr>
                <w:b/>
                <w:sz w:val="16"/>
                <w:szCs w:val="16"/>
              </w:rPr>
              <w:t xml:space="preserve"> vid </w:t>
            </w:r>
            <w:proofErr w:type="spellStart"/>
            <w:r w:rsidRPr="00560733">
              <w:rPr>
                <w:b/>
                <w:sz w:val="16"/>
                <w:szCs w:val="16"/>
              </w:rPr>
              <w:t>montering</w:t>
            </w:r>
            <w:proofErr w:type="spellEnd"/>
            <w:r w:rsidRPr="00560733">
              <w:rPr>
                <w:b/>
                <w:sz w:val="16"/>
                <w:szCs w:val="16"/>
              </w:rPr>
              <w:t xml:space="preserve"> (km):</w:t>
            </w:r>
          </w:p>
        </w:tc>
        <w:tc>
          <w:tcPr>
            <w:tcW w:w="2720" w:type="dxa"/>
          </w:tcPr>
          <w:p w14:paraId="491BC04E" w14:textId="77777777" w:rsidR="0048140C" w:rsidRDefault="0048140C"/>
        </w:tc>
      </w:tr>
      <w:tr w:rsidR="0048140C" w14:paraId="505D7027" w14:textId="77777777">
        <w:tc>
          <w:tcPr>
            <w:tcW w:w="2720" w:type="dxa"/>
            <w:shd w:val="clear" w:color="auto" w:fill="EAF1F6"/>
          </w:tcPr>
          <w:p w14:paraId="388DEE58" w14:textId="107D9539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2720" w:type="dxa"/>
          </w:tcPr>
          <w:p w14:paraId="37FD6D27" w14:textId="77777777" w:rsidR="0048140C" w:rsidRPr="00560733" w:rsidRDefault="0048140C">
            <w:pPr>
              <w:rPr>
                <w:sz w:val="16"/>
                <w:szCs w:val="16"/>
              </w:rPr>
            </w:pPr>
          </w:p>
        </w:tc>
        <w:tc>
          <w:tcPr>
            <w:tcW w:w="2720" w:type="dxa"/>
            <w:shd w:val="clear" w:color="auto" w:fill="EAF1F6"/>
          </w:tcPr>
          <w:p w14:paraId="10513A14" w14:textId="6A887857" w:rsidR="0048140C" w:rsidRPr="00560733" w:rsidRDefault="00560733">
            <w:pPr>
              <w:rPr>
                <w:sz w:val="16"/>
                <w:szCs w:val="16"/>
              </w:rPr>
            </w:pPr>
            <w:proofErr w:type="spellStart"/>
            <w:r w:rsidRPr="00560733">
              <w:rPr>
                <w:b/>
                <w:sz w:val="16"/>
                <w:szCs w:val="16"/>
              </w:rPr>
              <w:t>Mätarställning</w:t>
            </w:r>
            <w:proofErr w:type="spellEnd"/>
            <w:r w:rsidRPr="00560733">
              <w:rPr>
                <w:b/>
                <w:sz w:val="16"/>
                <w:szCs w:val="16"/>
              </w:rPr>
              <w:t xml:space="preserve"> vid </w:t>
            </w:r>
            <w:proofErr w:type="spellStart"/>
            <w:r w:rsidRPr="00560733">
              <w:rPr>
                <w:b/>
                <w:sz w:val="16"/>
                <w:szCs w:val="16"/>
              </w:rPr>
              <w:t>demontering</w:t>
            </w:r>
            <w:proofErr w:type="spellEnd"/>
            <w:r w:rsidRPr="00560733">
              <w:rPr>
                <w:b/>
                <w:sz w:val="16"/>
                <w:szCs w:val="16"/>
              </w:rPr>
              <w:t xml:space="preserve"> (km):</w:t>
            </w:r>
          </w:p>
        </w:tc>
        <w:tc>
          <w:tcPr>
            <w:tcW w:w="2720" w:type="dxa"/>
          </w:tcPr>
          <w:p w14:paraId="172DBAA1" w14:textId="77777777" w:rsidR="0048140C" w:rsidRDefault="0048140C"/>
        </w:tc>
      </w:tr>
    </w:tbl>
    <w:p w14:paraId="1C5B66A2" w14:textId="77777777" w:rsidR="00560733" w:rsidRPr="00BF18FF" w:rsidRDefault="00560733">
      <w:pPr>
        <w:spacing w:before="60" w:after="40"/>
        <w:rPr>
          <w:b/>
          <w:color w:val="262626" w:themeColor="text1" w:themeTint="D9"/>
          <w:sz w:val="19"/>
        </w:rPr>
      </w:pPr>
    </w:p>
    <w:p w14:paraId="2BA474D1" w14:textId="5236D377" w:rsidR="0048140C" w:rsidRPr="00BF18FF" w:rsidRDefault="00EF11E3">
      <w:pPr>
        <w:spacing w:before="60" w:after="40"/>
        <w:rPr>
          <w:color w:val="262626" w:themeColor="text1" w:themeTint="D9"/>
          <w:lang w:val="sv-SE"/>
        </w:rPr>
      </w:pPr>
      <w:r w:rsidRPr="00BF18FF">
        <w:rPr>
          <w:b/>
          <w:color w:val="262626" w:themeColor="text1" w:themeTint="D9"/>
          <w:sz w:val="19"/>
          <w:lang w:val="sv-SE"/>
        </w:rPr>
        <w:t>4. ORSAK TILL REKLAMATION / DETALJERAD BESKRIVNING</w:t>
      </w:r>
    </w:p>
    <w:tbl>
      <w:tblPr>
        <w:tblW w:w="0" w:type="auto"/>
        <w:tblBorders>
          <w:top w:val="single" w:sz="4" w:space="0" w:color="AEBAC4"/>
          <w:left w:val="single" w:sz="4" w:space="0" w:color="AEBAC4"/>
          <w:bottom w:val="single" w:sz="4" w:space="0" w:color="AEBAC4"/>
          <w:right w:val="single" w:sz="4" w:space="0" w:color="AEBAC4"/>
          <w:insideH w:val="single" w:sz="4" w:space="0" w:color="AEBAC4"/>
          <w:insideV w:val="single" w:sz="4" w:space="0" w:color="AEBAC4"/>
        </w:tblBorders>
        <w:tblLook w:val="04A0" w:firstRow="1" w:lastRow="0" w:firstColumn="1" w:lastColumn="0" w:noHBand="0" w:noVBand="1"/>
      </w:tblPr>
      <w:tblGrid>
        <w:gridCol w:w="10870"/>
      </w:tblGrid>
      <w:tr w:rsidR="0048140C" w:rsidRPr="00560733" w14:paraId="3EC8CD00" w14:textId="77777777">
        <w:tc>
          <w:tcPr>
            <w:tcW w:w="10880" w:type="dxa"/>
          </w:tcPr>
          <w:p w14:paraId="5F2237F0" w14:textId="77777777" w:rsidR="0048140C" w:rsidRPr="00560733" w:rsidRDefault="00EF11E3">
            <w:pPr>
              <w:rPr>
                <w:lang w:val="sv-SE"/>
              </w:rPr>
            </w:pPr>
            <w:r w:rsidRPr="00560733">
              <w:rPr>
                <w:lang w:val="sv-SE"/>
              </w:rPr>
              <w:t xml:space="preserve"> </w:t>
            </w:r>
          </w:p>
        </w:tc>
      </w:tr>
      <w:tr w:rsidR="0048140C" w:rsidRPr="00560733" w14:paraId="55EA49F3" w14:textId="77777777">
        <w:tc>
          <w:tcPr>
            <w:tcW w:w="10880" w:type="dxa"/>
          </w:tcPr>
          <w:p w14:paraId="386D5889" w14:textId="77777777" w:rsidR="0048140C" w:rsidRPr="00560733" w:rsidRDefault="00EF11E3">
            <w:pPr>
              <w:rPr>
                <w:lang w:val="sv-SE"/>
              </w:rPr>
            </w:pPr>
            <w:r w:rsidRPr="00560733">
              <w:rPr>
                <w:lang w:val="sv-SE"/>
              </w:rPr>
              <w:t xml:space="preserve"> </w:t>
            </w:r>
          </w:p>
        </w:tc>
      </w:tr>
      <w:tr w:rsidR="0048140C" w:rsidRPr="00560733" w14:paraId="2EE4A136" w14:textId="77777777">
        <w:tc>
          <w:tcPr>
            <w:tcW w:w="10880" w:type="dxa"/>
          </w:tcPr>
          <w:p w14:paraId="1823C260" w14:textId="77777777" w:rsidR="0048140C" w:rsidRPr="00560733" w:rsidRDefault="00EF11E3">
            <w:pPr>
              <w:rPr>
                <w:lang w:val="sv-SE"/>
              </w:rPr>
            </w:pPr>
            <w:r w:rsidRPr="00560733">
              <w:rPr>
                <w:lang w:val="sv-SE"/>
              </w:rPr>
              <w:t xml:space="preserve"> </w:t>
            </w:r>
          </w:p>
        </w:tc>
      </w:tr>
      <w:tr w:rsidR="00FF58C8" w:rsidRPr="00560733" w14:paraId="2DF2ECE2" w14:textId="77777777">
        <w:tc>
          <w:tcPr>
            <w:tcW w:w="10880" w:type="dxa"/>
          </w:tcPr>
          <w:p w14:paraId="58436E7F" w14:textId="77777777" w:rsidR="00FF58C8" w:rsidRPr="00560733" w:rsidRDefault="00FF58C8">
            <w:pPr>
              <w:rPr>
                <w:lang w:val="sv-SE"/>
              </w:rPr>
            </w:pPr>
          </w:p>
        </w:tc>
      </w:tr>
    </w:tbl>
    <w:p w14:paraId="1FD0A4CC" w14:textId="77777777" w:rsidR="00560733" w:rsidRDefault="00560733">
      <w:pPr>
        <w:spacing w:before="60" w:after="40"/>
        <w:rPr>
          <w:b/>
          <w:color w:val="17324D"/>
          <w:sz w:val="19"/>
          <w:lang w:val="sv-SE"/>
        </w:rPr>
      </w:pPr>
    </w:p>
    <w:p w14:paraId="5A9FA832" w14:textId="77777777" w:rsidR="0048140C" w:rsidRPr="00BF18FF" w:rsidRDefault="00EF11E3">
      <w:pPr>
        <w:spacing w:before="60" w:after="40"/>
        <w:rPr>
          <w:color w:val="262626" w:themeColor="text1" w:themeTint="D9"/>
          <w:lang w:val="sv-SE"/>
        </w:rPr>
      </w:pPr>
      <w:r w:rsidRPr="00BF18FF">
        <w:rPr>
          <w:b/>
          <w:color w:val="262626" w:themeColor="text1" w:themeTint="D9"/>
          <w:sz w:val="19"/>
          <w:lang w:val="sv-SE"/>
        </w:rPr>
        <w:t>6. KUNDENS GODKÄNNANDE</w:t>
      </w:r>
    </w:p>
    <w:p w14:paraId="3A047E46" w14:textId="77777777" w:rsidR="0048140C" w:rsidRPr="00560733" w:rsidRDefault="00EF11E3">
      <w:pPr>
        <w:spacing w:after="14"/>
        <w:rPr>
          <w:sz w:val="16"/>
          <w:szCs w:val="16"/>
          <w:lang w:val="sv-SE"/>
        </w:rPr>
      </w:pPr>
      <w:r w:rsidRPr="00560733">
        <w:rPr>
          <w:sz w:val="16"/>
          <w:szCs w:val="16"/>
          <w:lang w:val="sv-SE"/>
        </w:rPr>
        <w:t xml:space="preserve">• Den reklamerade delen kan behöva demonteras för </w:t>
      </w:r>
      <w:r w:rsidRPr="00560733">
        <w:rPr>
          <w:sz w:val="16"/>
          <w:szCs w:val="16"/>
          <w:lang w:val="sv-SE"/>
        </w:rPr>
        <w:t>kontroll. Kunden godkänner sådan kontroll vid behov.</w:t>
      </w:r>
    </w:p>
    <w:p w14:paraId="596D23C9" w14:textId="77777777" w:rsidR="0048140C" w:rsidRPr="00560733" w:rsidRDefault="00EF11E3">
      <w:pPr>
        <w:spacing w:after="14"/>
        <w:rPr>
          <w:sz w:val="16"/>
          <w:szCs w:val="16"/>
          <w:lang w:val="sv-SE"/>
        </w:rPr>
      </w:pPr>
      <w:r w:rsidRPr="00560733">
        <w:rPr>
          <w:sz w:val="16"/>
          <w:szCs w:val="16"/>
          <w:lang w:val="sv-SE"/>
        </w:rPr>
        <w:t>• Det kan krävas demontering och/eller destruktivt test. Då kan delen inte återställas till ursprungligt skick.</w:t>
      </w:r>
    </w:p>
    <w:p w14:paraId="4B02C67D" w14:textId="77777777" w:rsidR="0048140C" w:rsidRPr="00560733" w:rsidRDefault="00EF11E3">
      <w:pPr>
        <w:spacing w:after="14"/>
        <w:rPr>
          <w:sz w:val="16"/>
          <w:szCs w:val="16"/>
          <w:lang w:val="sv-SE"/>
        </w:rPr>
      </w:pPr>
      <w:r w:rsidRPr="00560733">
        <w:rPr>
          <w:sz w:val="16"/>
          <w:szCs w:val="16"/>
          <w:lang w:val="sv-SE"/>
        </w:rPr>
        <w:t>• Om reklamationen avslås kan reparation i vissa fall vara möjlig. Kunden står då för repar</w:t>
      </w:r>
      <w:r w:rsidRPr="00560733">
        <w:rPr>
          <w:sz w:val="16"/>
          <w:szCs w:val="16"/>
          <w:lang w:val="sv-SE"/>
        </w:rPr>
        <w:t>ationskostnaden.</w:t>
      </w:r>
    </w:p>
    <w:p w14:paraId="4485758A" w14:textId="4CA11C10" w:rsidR="0048140C" w:rsidRDefault="00EF11E3">
      <w:pPr>
        <w:spacing w:after="14"/>
        <w:rPr>
          <w:sz w:val="16"/>
          <w:szCs w:val="16"/>
          <w:lang w:val="sv-SE"/>
        </w:rPr>
      </w:pPr>
      <w:r w:rsidRPr="00560733">
        <w:rPr>
          <w:sz w:val="16"/>
          <w:szCs w:val="16"/>
          <w:lang w:val="sv-SE"/>
        </w:rPr>
        <w:t>• Vid avslag kan kunden komma att debiteras kostnader upp till den angivna kostnadsgränsen</w:t>
      </w:r>
      <w:r w:rsidR="00FF58C8">
        <w:rPr>
          <w:sz w:val="16"/>
          <w:szCs w:val="16"/>
          <w:lang w:val="sv-SE"/>
        </w:rPr>
        <w:t>.</w:t>
      </w:r>
    </w:p>
    <w:p w14:paraId="3223A3A0" w14:textId="77777777" w:rsidR="00FF58C8" w:rsidRDefault="00FF58C8">
      <w:pPr>
        <w:spacing w:after="14"/>
        <w:rPr>
          <w:sz w:val="16"/>
          <w:szCs w:val="16"/>
          <w:lang w:val="sv-SE"/>
        </w:rPr>
      </w:pPr>
    </w:p>
    <w:p w14:paraId="3A530A9A" w14:textId="77777777" w:rsidR="00FF58C8" w:rsidRPr="00560733" w:rsidRDefault="00FF58C8">
      <w:pPr>
        <w:spacing w:after="14"/>
        <w:rPr>
          <w:sz w:val="16"/>
          <w:szCs w:val="16"/>
          <w:lang w:val="sv-SE"/>
        </w:rPr>
      </w:pPr>
    </w:p>
    <w:tbl>
      <w:tblPr>
        <w:tblW w:w="0" w:type="auto"/>
        <w:tblBorders>
          <w:top w:val="single" w:sz="4" w:space="0" w:color="AEBAC4"/>
          <w:left w:val="single" w:sz="4" w:space="0" w:color="AEBAC4"/>
          <w:bottom w:val="single" w:sz="4" w:space="0" w:color="AEBAC4"/>
          <w:right w:val="single" w:sz="4" w:space="0" w:color="AEBAC4"/>
          <w:insideH w:val="single" w:sz="4" w:space="0" w:color="AEBAC4"/>
          <w:insideV w:val="single" w:sz="4" w:space="0" w:color="AEBAC4"/>
        </w:tblBorders>
        <w:tblLook w:val="04A0" w:firstRow="1" w:lastRow="0" w:firstColumn="1" w:lastColumn="0" w:noHBand="0" w:noVBand="1"/>
      </w:tblPr>
      <w:tblGrid>
        <w:gridCol w:w="2718"/>
        <w:gridCol w:w="2716"/>
        <w:gridCol w:w="2717"/>
        <w:gridCol w:w="2719"/>
      </w:tblGrid>
      <w:tr w:rsidR="0048140C" w14:paraId="0DBFA361" w14:textId="77777777">
        <w:tc>
          <w:tcPr>
            <w:tcW w:w="2720" w:type="dxa"/>
            <w:shd w:val="clear" w:color="auto" w:fill="EAF1F6"/>
          </w:tcPr>
          <w:p w14:paraId="4EFAF796" w14:textId="77777777" w:rsidR="0048140C" w:rsidRPr="00560733" w:rsidRDefault="00EF11E3">
            <w:pPr>
              <w:rPr>
                <w:sz w:val="15"/>
                <w:szCs w:val="15"/>
              </w:rPr>
            </w:pPr>
            <w:proofErr w:type="spellStart"/>
            <w:r w:rsidRPr="00560733">
              <w:rPr>
                <w:b/>
                <w:sz w:val="15"/>
                <w:szCs w:val="15"/>
              </w:rPr>
              <w:t>Godkänner</w:t>
            </w:r>
            <w:proofErr w:type="spellEnd"/>
            <w:r w:rsidRPr="00560733">
              <w:rPr>
                <w:b/>
                <w:sz w:val="15"/>
                <w:szCs w:val="15"/>
              </w:rPr>
              <w:t xml:space="preserve"> </w:t>
            </w:r>
            <w:proofErr w:type="spellStart"/>
            <w:r w:rsidRPr="00560733">
              <w:rPr>
                <w:b/>
                <w:sz w:val="15"/>
                <w:szCs w:val="15"/>
              </w:rPr>
              <w:t>kontroll</w:t>
            </w:r>
            <w:proofErr w:type="spellEnd"/>
            <w:r w:rsidRPr="00560733">
              <w:rPr>
                <w:b/>
                <w:sz w:val="15"/>
                <w:szCs w:val="15"/>
              </w:rPr>
              <w:t>/</w:t>
            </w:r>
            <w:proofErr w:type="spellStart"/>
            <w:r w:rsidRPr="00560733">
              <w:rPr>
                <w:b/>
                <w:sz w:val="15"/>
                <w:szCs w:val="15"/>
              </w:rPr>
              <w:t>demontering</w:t>
            </w:r>
            <w:proofErr w:type="spellEnd"/>
            <w:r w:rsidRPr="00560733">
              <w:rPr>
                <w:b/>
                <w:sz w:val="15"/>
                <w:szCs w:val="15"/>
              </w:rPr>
              <w:t>:</w:t>
            </w:r>
          </w:p>
        </w:tc>
        <w:tc>
          <w:tcPr>
            <w:tcW w:w="2720" w:type="dxa"/>
          </w:tcPr>
          <w:p w14:paraId="0CF92823" w14:textId="77777777" w:rsidR="0048140C" w:rsidRDefault="00EF11E3">
            <w:r>
              <w:rPr>
                <w:sz w:val="13"/>
              </w:rPr>
              <w:t>☐</w:t>
            </w:r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Ja  ☐</w:t>
            </w:r>
            <w:proofErr w:type="gramEnd"/>
            <w:r>
              <w:rPr>
                <w:sz w:val="13"/>
              </w:rPr>
              <w:t xml:space="preserve"> Nej</w:t>
            </w:r>
          </w:p>
        </w:tc>
        <w:tc>
          <w:tcPr>
            <w:tcW w:w="2720" w:type="dxa"/>
            <w:shd w:val="clear" w:color="auto" w:fill="EAF1F6"/>
          </w:tcPr>
          <w:p w14:paraId="4D8576BE" w14:textId="77777777" w:rsidR="0048140C" w:rsidRPr="00560733" w:rsidRDefault="00EF11E3">
            <w:pPr>
              <w:rPr>
                <w:sz w:val="15"/>
                <w:szCs w:val="15"/>
              </w:rPr>
            </w:pPr>
            <w:r w:rsidRPr="00560733">
              <w:rPr>
                <w:b/>
                <w:sz w:val="15"/>
                <w:szCs w:val="15"/>
              </w:rPr>
              <w:t>Kostnadsgräns vid avslag:</w:t>
            </w:r>
          </w:p>
        </w:tc>
        <w:tc>
          <w:tcPr>
            <w:tcW w:w="2720" w:type="dxa"/>
          </w:tcPr>
          <w:p w14:paraId="7B62B64B" w14:textId="77777777" w:rsidR="00560733" w:rsidRDefault="00560733">
            <w:pPr>
              <w:rPr>
                <w:sz w:val="13"/>
              </w:rPr>
            </w:pPr>
          </w:p>
          <w:p w14:paraId="1429416D" w14:textId="127DEDD4" w:rsidR="0048140C" w:rsidRDefault="00EF11E3">
            <w:r>
              <w:rPr>
                <w:sz w:val="13"/>
              </w:rPr>
              <w:t>______</w:t>
            </w:r>
            <w:r w:rsidR="00560733">
              <w:rPr>
                <w:sz w:val="13"/>
              </w:rPr>
              <w:t>__________________</w:t>
            </w:r>
            <w:r>
              <w:rPr>
                <w:sz w:val="13"/>
              </w:rPr>
              <w:t>EUR</w:t>
            </w:r>
          </w:p>
        </w:tc>
      </w:tr>
      <w:tr w:rsidR="0048140C" w14:paraId="5B473FF6" w14:textId="77777777">
        <w:tc>
          <w:tcPr>
            <w:tcW w:w="2720" w:type="dxa"/>
            <w:shd w:val="clear" w:color="auto" w:fill="EAF1F6"/>
          </w:tcPr>
          <w:p w14:paraId="0BEB7D3C" w14:textId="77777777" w:rsidR="0048140C" w:rsidRPr="00560733" w:rsidRDefault="00EF11E3">
            <w:pPr>
              <w:rPr>
                <w:sz w:val="15"/>
                <w:szCs w:val="15"/>
              </w:rPr>
            </w:pPr>
            <w:r w:rsidRPr="00560733">
              <w:rPr>
                <w:b/>
                <w:sz w:val="15"/>
                <w:szCs w:val="15"/>
              </w:rPr>
              <w:t>Godkänner destruktivt test:</w:t>
            </w:r>
          </w:p>
        </w:tc>
        <w:tc>
          <w:tcPr>
            <w:tcW w:w="2720" w:type="dxa"/>
          </w:tcPr>
          <w:p w14:paraId="643014BA" w14:textId="77777777" w:rsidR="0048140C" w:rsidRDefault="00EF11E3">
            <w:r>
              <w:rPr>
                <w:sz w:val="13"/>
              </w:rPr>
              <w:t>☐</w:t>
            </w:r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Ja  ☐</w:t>
            </w:r>
            <w:proofErr w:type="gramEnd"/>
            <w:r>
              <w:rPr>
                <w:sz w:val="13"/>
              </w:rPr>
              <w:t xml:space="preserve"> Nej</w:t>
            </w:r>
          </w:p>
        </w:tc>
        <w:tc>
          <w:tcPr>
            <w:tcW w:w="2720" w:type="dxa"/>
            <w:shd w:val="clear" w:color="auto" w:fill="EAF1F6"/>
          </w:tcPr>
          <w:p w14:paraId="23980AAC" w14:textId="77777777" w:rsidR="0048140C" w:rsidRPr="00560733" w:rsidRDefault="00EF11E3">
            <w:pPr>
              <w:rPr>
                <w:sz w:val="15"/>
                <w:szCs w:val="15"/>
              </w:rPr>
            </w:pPr>
            <w:r w:rsidRPr="00560733">
              <w:rPr>
                <w:b/>
                <w:sz w:val="15"/>
                <w:szCs w:val="15"/>
              </w:rPr>
              <w:t>Ort och datum:</w:t>
            </w:r>
          </w:p>
        </w:tc>
        <w:tc>
          <w:tcPr>
            <w:tcW w:w="2720" w:type="dxa"/>
          </w:tcPr>
          <w:p w14:paraId="1ADE3FEE" w14:textId="77777777" w:rsidR="0048140C" w:rsidRDefault="0048140C"/>
        </w:tc>
      </w:tr>
    </w:tbl>
    <w:p w14:paraId="576DAA8A" w14:textId="77777777" w:rsidR="0048140C" w:rsidRPr="00BF18FF" w:rsidRDefault="00EF11E3">
      <w:pPr>
        <w:spacing w:before="60" w:after="40"/>
        <w:rPr>
          <w:color w:val="262626" w:themeColor="text1" w:themeTint="D9"/>
        </w:rPr>
      </w:pPr>
      <w:r w:rsidRPr="00BF18FF">
        <w:rPr>
          <w:b/>
          <w:color w:val="262626" w:themeColor="text1" w:themeTint="D9"/>
          <w:sz w:val="19"/>
        </w:rPr>
        <w:t>7. UNDERSKRIFTER</w:t>
      </w:r>
    </w:p>
    <w:tbl>
      <w:tblPr>
        <w:tblW w:w="0" w:type="auto"/>
        <w:tblBorders>
          <w:top w:val="single" w:sz="4" w:space="0" w:color="AEBAC4"/>
          <w:left w:val="single" w:sz="4" w:space="0" w:color="AEBAC4"/>
          <w:bottom w:val="single" w:sz="4" w:space="0" w:color="AEBAC4"/>
          <w:right w:val="single" w:sz="4" w:space="0" w:color="AEBAC4"/>
          <w:insideH w:val="single" w:sz="4" w:space="0" w:color="AEBAC4"/>
          <w:insideV w:val="single" w:sz="4" w:space="0" w:color="AEBAC4"/>
        </w:tblBorders>
        <w:tblLook w:val="04A0" w:firstRow="1" w:lastRow="0" w:firstColumn="1" w:lastColumn="0" w:noHBand="0" w:noVBand="1"/>
      </w:tblPr>
      <w:tblGrid>
        <w:gridCol w:w="2718"/>
        <w:gridCol w:w="2717"/>
        <w:gridCol w:w="2718"/>
        <w:gridCol w:w="2717"/>
      </w:tblGrid>
      <w:tr w:rsidR="0048140C" w:rsidRPr="00EF11E3" w14:paraId="372D9DAD" w14:textId="77777777">
        <w:tc>
          <w:tcPr>
            <w:tcW w:w="2720" w:type="dxa"/>
            <w:shd w:val="clear" w:color="auto" w:fill="EAF1F6"/>
          </w:tcPr>
          <w:p w14:paraId="253458BC" w14:textId="7D6FA397" w:rsidR="0048140C" w:rsidRDefault="00A97575">
            <w:r>
              <w:rPr>
                <w:b/>
                <w:sz w:val="13"/>
              </w:rPr>
              <w:t>Ort, datum:</w:t>
            </w:r>
          </w:p>
        </w:tc>
        <w:tc>
          <w:tcPr>
            <w:tcW w:w="2720" w:type="dxa"/>
          </w:tcPr>
          <w:p w14:paraId="643CEDA6" w14:textId="77777777" w:rsidR="0048140C" w:rsidRDefault="0048140C"/>
        </w:tc>
        <w:tc>
          <w:tcPr>
            <w:tcW w:w="2720" w:type="dxa"/>
            <w:shd w:val="clear" w:color="auto" w:fill="EAF1F6"/>
          </w:tcPr>
          <w:p w14:paraId="1075F2D7" w14:textId="77777777" w:rsidR="0048140C" w:rsidRPr="00560733" w:rsidRDefault="00EF11E3">
            <w:pPr>
              <w:rPr>
                <w:lang w:val="sv-SE"/>
              </w:rPr>
            </w:pPr>
            <w:r w:rsidRPr="00560733">
              <w:rPr>
                <w:b/>
                <w:sz w:val="13"/>
                <w:lang w:val="sv-SE"/>
              </w:rPr>
              <w:t>Mika Truck Parts, ort och datum:</w:t>
            </w:r>
          </w:p>
        </w:tc>
        <w:tc>
          <w:tcPr>
            <w:tcW w:w="2720" w:type="dxa"/>
          </w:tcPr>
          <w:p w14:paraId="17F1ED69" w14:textId="77777777" w:rsidR="0048140C" w:rsidRPr="00560733" w:rsidRDefault="0048140C">
            <w:pPr>
              <w:rPr>
                <w:lang w:val="sv-SE"/>
              </w:rPr>
            </w:pPr>
          </w:p>
        </w:tc>
      </w:tr>
      <w:tr w:rsidR="0048140C" w14:paraId="72B678B1" w14:textId="77777777">
        <w:tc>
          <w:tcPr>
            <w:tcW w:w="2720" w:type="dxa"/>
            <w:shd w:val="clear" w:color="auto" w:fill="EAF1F6"/>
          </w:tcPr>
          <w:p w14:paraId="6C06C917" w14:textId="77777777" w:rsidR="0048140C" w:rsidRDefault="00EF11E3">
            <w:proofErr w:type="spellStart"/>
            <w:r>
              <w:rPr>
                <w:b/>
                <w:sz w:val="13"/>
              </w:rPr>
              <w:t>Kundens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underskrift</w:t>
            </w:r>
            <w:proofErr w:type="spellEnd"/>
            <w:r>
              <w:rPr>
                <w:b/>
                <w:sz w:val="13"/>
              </w:rPr>
              <w:t>:</w:t>
            </w:r>
          </w:p>
        </w:tc>
        <w:tc>
          <w:tcPr>
            <w:tcW w:w="2720" w:type="dxa"/>
          </w:tcPr>
          <w:p w14:paraId="5B5D6FFD" w14:textId="77777777" w:rsidR="0048140C" w:rsidRDefault="0048140C"/>
        </w:tc>
        <w:tc>
          <w:tcPr>
            <w:tcW w:w="2720" w:type="dxa"/>
            <w:shd w:val="clear" w:color="auto" w:fill="EAF1F6"/>
          </w:tcPr>
          <w:p w14:paraId="2A9E27D6" w14:textId="77777777" w:rsidR="0048140C" w:rsidRDefault="00EF11E3">
            <w:r>
              <w:rPr>
                <w:b/>
                <w:sz w:val="13"/>
              </w:rPr>
              <w:t>Mika Truck Parts – handläggare:</w:t>
            </w:r>
          </w:p>
        </w:tc>
        <w:tc>
          <w:tcPr>
            <w:tcW w:w="2720" w:type="dxa"/>
          </w:tcPr>
          <w:p w14:paraId="106AF7F0" w14:textId="77777777" w:rsidR="0048140C" w:rsidRDefault="0048140C"/>
        </w:tc>
      </w:tr>
      <w:tr w:rsidR="0048140C" w14:paraId="1BE34DA0" w14:textId="77777777">
        <w:tc>
          <w:tcPr>
            <w:tcW w:w="2720" w:type="dxa"/>
            <w:shd w:val="clear" w:color="auto" w:fill="EAF1F6"/>
          </w:tcPr>
          <w:p w14:paraId="5D411B94" w14:textId="77777777" w:rsidR="0048140C" w:rsidRDefault="00EF11E3">
            <w:r>
              <w:rPr>
                <w:b/>
                <w:sz w:val="13"/>
              </w:rPr>
              <w:t>Namnförtydligande:</w:t>
            </w:r>
          </w:p>
        </w:tc>
        <w:tc>
          <w:tcPr>
            <w:tcW w:w="2720" w:type="dxa"/>
          </w:tcPr>
          <w:p w14:paraId="25CBF195" w14:textId="77777777" w:rsidR="0048140C" w:rsidRDefault="0048140C"/>
        </w:tc>
        <w:tc>
          <w:tcPr>
            <w:tcW w:w="2720" w:type="dxa"/>
            <w:shd w:val="clear" w:color="auto" w:fill="EAF1F6"/>
          </w:tcPr>
          <w:p w14:paraId="1BFF9B6D" w14:textId="77777777" w:rsidR="0048140C" w:rsidRDefault="00EF11E3">
            <w:r>
              <w:rPr>
                <w:b/>
                <w:sz w:val="13"/>
              </w:rPr>
              <w:t>Namnförtydligande:</w:t>
            </w:r>
          </w:p>
        </w:tc>
        <w:tc>
          <w:tcPr>
            <w:tcW w:w="2720" w:type="dxa"/>
          </w:tcPr>
          <w:p w14:paraId="37FA6436" w14:textId="77777777" w:rsidR="0048140C" w:rsidRDefault="0048140C"/>
        </w:tc>
      </w:tr>
    </w:tbl>
    <w:p w14:paraId="7A25BD13" w14:textId="77777777" w:rsidR="0048140C" w:rsidRPr="00560733" w:rsidRDefault="00EF11E3">
      <w:pPr>
        <w:spacing w:before="80"/>
        <w:jc w:val="center"/>
        <w:rPr>
          <w:lang w:val="sv-SE"/>
        </w:rPr>
      </w:pPr>
      <w:r w:rsidRPr="00560733">
        <w:rPr>
          <w:b/>
          <w:lang w:val="sv-SE"/>
        </w:rPr>
        <w:t>MIKA TRUCK PARTS AB  •  RETUR- OCH REKLAMATIONSAVDELNING</w:t>
      </w:r>
    </w:p>
    <w:sectPr w:rsidR="0048140C" w:rsidRPr="00560733" w:rsidSect="00034616">
      <w:pgSz w:w="12240" w:h="15840"/>
      <w:pgMar w:top="454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1DB"/>
    <w:rsid w:val="0015074B"/>
    <w:rsid w:val="0029639D"/>
    <w:rsid w:val="00326F90"/>
    <w:rsid w:val="0048140C"/>
    <w:rsid w:val="00560733"/>
    <w:rsid w:val="00645410"/>
    <w:rsid w:val="00A97575"/>
    <w:rsid w:val="00AA1D8D"/>
    <w:rsid w:val="00B47730"/>
    <w:rsid w:val="00BF18FF"/>
    <w:rsid w:val="00CB0664"/>
    <w:rsid w:val="00CD66F2"/>
    <w:rsid w:val="00EF11E3"/>
    <w:rsid w:val="00FC693F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F3D166B"/>
  <w14:defaultImageDpi w14:val="300"/>
  <w15:docId w15:val="{312D8B92-3537-48F1-862B-C21F28CF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Mika Truck Parts</cp:lastModifiedBy>
  <cp:revision>3</cp:revision>
  <cp:lastPrinted>2026-09-09T12:57:00Z</cp:lastPrinted>
  <dcterms:created xsi:type="dcterms:W3CDTF">2026-09-09T13:29:00Z</dcterms:created>
  <dcterms:modified xsi:type="dcterms:W3CDTF">2026-09-09T13:33:00Z</dcterms:modified>
  <cp:category/>
</cp:coreProperties>
</file>